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9072B" w14:textId="77777777" w:rsidR="00771F60" w:rsidRDefault="00000000">
      <w:pPr>
        <w:jc w:val="center"/>
        <w:rPr>
          <w:b/>
          <w:sz w:val="36"/>
        </w:rPr>
      </w:pPr>
      <w:r>
        <w:rPr>
          <w:b/>
          <w:sz w:val="36"/>
        </w:rPr>
        <w:t>REGOLAMENTO ASSOCIATIVO</w:t>
      </w:r>
      <w:r>
        <w:rPr>
          <w:b/>
          <w:sz w:val="36"/>
        </w:rPr>
        <w:br/>
        <w:t>A&amp;F DUBBING APS ETS</w:t>
      </w:r>
    </w:p>
    <w:p w14:paraId="5143124C" w14:textId="28139F54" w:rsidR="002539F1" w:rsidRDefault="002539F1">
      <w:pPr>
        <w:jc w:val="center"/>
      </w:pPr>
      <w:r>
        <w:rPr>
          <w:b/>
          <w:sz w:val="36"/>
        </w:rPr>
        <w:t xml:space="preserve">Valido per </w:t>
      </w:r>
      <w:proofErr w:type="spellStart"/>
      <w:r>
        <w:rPr>
          <w:b/>
          <w:sz w:val="36"/>
        </w:rPr>
        <w:t>l’anno</w:t>
      </w:r>
      <w:proofErr w:type="spellEnd"/>
      <w:r>
        <w:rPr>
          <w:b/>
          <w:sz w:val="36"/>
        </w:rPr>
        <w:t xml:space="preserve"> </w:t>
      </w:r>
      <w:proofErr w:type="spellStart"/>
      <w:r>
        <w:rPr>
          <w:b/>
          <w:sz w:val="36"/>
        </w:rPr>
        <w:t>accademico</w:t>
      </w:r>
      <w:proofErr w:type="spellEnd"/>
      <w:r>
        <w:rPr>
          <w:b/>
          <w:sz w:val="36"/>
        </w:rPr>
        <w:t xml:space="preserve"> 2026/2027</w:t>
      </w:r>
    </w:p>
    <w:p w14:paraId="5954D75C" w14:textId="77777777" w:rsidR="00771F60" w:rsidRDefault="00000000">
      <w:pPr>
        <w:jc w:val="center"/>
      </w:pPr>
      <w:r>
        <w:t xml:space="preserve">(in </w:t>
      </w:r>
      <w:proofErr w:type="spellStart"/>
      <w:r>
        <w:t>attuazione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Statuto </w:t>
      </w:r>
      <w:proofErr w:type="spellStart"/>
      <w:r>
        <w:t>associativo</w:t>
      </w:r>
      <w:proofErr w:type="spellEnd"/>
      <w:r>
        <w:t>)</w:t>
      </w:r>
    </w:p>
    <w:p w14:paraId="26D6BCFD" w14:textId="77777777" w:rsidR="00771F60" w:rsidRDefault="00000000">
      <w:r>
        <w:rPr>
          <w:b/>
          <w:sz w:val="28"/>
        </w:rPr>
        <w:t>ART. 1 – OGGETTO DEL REGOLAMENTO</w:t>
      </w:r>
    </w:p>
    <w:p w14:paraId="171D0437" w14:textId="0B88176E" w:rsidR="00771F60" w:rsidRDefault="00000000">
      <w:r>
        <w:t xml:space="preserve">Il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Regolamento</w:t>
      </w:r>
      <w:proofErr w:type="spellEnd"/>
      <w:r>
        <w:t xml:space="preserve"> </w:t>
      </w:r>
      <w:proofErr w:type="spellStart"/>
      <w:r>
        <w:t>disciplina</w:t>
      </w:r>
      <w:proofErr w:type="spellEnd"/>
      <w:r>
        <w:t>:</w:t>
      </w:r>
      <w:r>
        <w:br/>
        <w:t xml:space="preserve">- le </w:t>
      </w:r>
      <w:proofErr w:type="spellStart"/>
      <w:r>
        <w:t>modalità</w:t>
      </w:r>
      <w:proofErr w:type="spellEnd"/>
      <w:r>
        <w:t xml:space="preserve"> di </w:t>
      </w:r>
      <w:proofErr w:type="spellStart"/>
      <w:r>
        <w:t>adesione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>;</w:t>
      </w:r>
      <w:r>
        <w:br/>
        <w:t xml:space="preserve">- </w:t>
      </w:r>
      <w:proofErr w:type="spellStart"/>
      <w:r>
        <w:t>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doveri</w:t>
      </w:r>
      <w:proofErr w:type="spellEnd"/>
      <w:r>
        <w:t xml:space="preserve"> degli </w:t>
      </w:r>
      <w:proofErr w:type="spellStart"/>
      <w:r>
        <w:t>associati</w:t>
      </w:r>
      <w:proofErr w:type="spellEnd"/>
      <w:r>
        <w:t>;</w:t>
      </w:r>
      <w:r>
        <w:br/>
        <w:t xml:space="preserve">- le </w:t>
      </w:r>
      <w:proofErr w:type="spellStart"/>
      <w:r>
        <w:t>modalità</w:t>
      </w:r>
      <w:proofErr w:type="spellEnd"/>
      <w:r>
        <w:t xml:space="preserve"> di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associative;</w:t>
      </w:r>
      <w:r>
        <w:br/>
        <w:t xml:space="preserve">-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contributi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>;</w:t>
      </w:r>
      <w:r>
        <w:br/>
        <w:t xml:space="preserve">- le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economiche</w:t>
      </w:r>
      <w:proofErr w:type="spellEnd"/>
      <w:r>
        <w:t xml:space="preserve"> di accesso ai </w:t>
      </w:r>
      <w:proofErr w:type="spellStart"/>
      <w:r>
        <w:t>corsi</w:t>
      </w:r>
      <w:proofErr w:type="spellEnd"/>
      <w:r>
        <w:t xml:space="preserve"> e alle </w:t>
      </w:r>
      <w:proofErr w:type="spellStart"/>
      <w:r>
        <w:t>attività</w:t>
      </w:r>
      <w:proofErr w:type="spellEnd"/>
      <w:r>
        <w:t xml:space="preserve"> formative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dall’Associazione</w:t>
      </w:r>
      <w:proofErr w:type="spellEnd"/>
      <w:r>
        <w:t>.</w:t>
      </w:r>
      <w:r>
        <w:br/>
      </w:r>
      <w:r>
        <w:br/>
        <w:t xml:space="preserve">Il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Regolamento</w:t>
      </w:r>
      <w:proofErr w:type="spellEnd"/>
      <w:r>
        <w:t xml:space="preserve"> integra le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contenute</w:t>
      </w:r>
      <w:proofErr w:type="spellEnd"/>
      <w:r>
        <w:t xml:space="preserve"> </w:t>
      </w:r>
      <w:proofErr w:type="spellStart"/>
      <w:r>
        <w:t>nello</w:t>
      </w:r>
      <w:proofErr w:type="spellEnd"/>
      <w:r>
        <w:t xml:space="preserve"> Statuto </w:t>
      </w:r>
      <w:proofErr w:type="spellStart"/>
      <w:r>
        <w:t>dell’Associazione</w:t>
      </w:r>
      <w:proofErr w:type="spellEnd"/>
      <w:r>
        <w:t xml:space="preserve"> “A&amp;F DUBBING ETS”.</w:t>
      </w:r>
    </w:p>
    <w:p w14:paraId="4F375E56" w14:textId="77777777" w:rsidR="00771F60" w:rsidRDefault="00000000">
      <w:r>
        <w:rPr>
          <w:b/>
          <w:sz w:val="28"/>
        </w:rPr>
        <w:t>ART. 2 – FINALITÀ</w:t>
      </w:r>
    </w:p>
    <w:p w14:paraId="1A2AF777" w14:textId="28605748" w:rsidR="00771F60" w:rsidRDefault="00000000">
      <w:proofErr w:type="spellStart"/>
      <w:r>
        <w:t>L’Associazione</w:t>
      </w:r>
      <w:proofErr w:type="spellEnd"/>
      <w:r>
        <w:t xml:space="preserve"> </w:t>
      </w:r>
      <w:proofErr w:type="spellStart"/>
      <w:r>
        <w:t>promuove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culturali</w:t>
      </w:r>
      <w:proofErr w:type="spellEnd"/>
      <w:r>
        <w:t xml:space="preserve">, </w:t>
      </w:r>
      <w:proofErr w:type="spellStart"/>
      <w:r>
        <w:t>artistiche</w:t>
      </w:r>
      <w:proofErr w:type="spellEnd"/>
      <w:r>
        <w:t xml:space="preserve">, formative, </w:t>
      </w:r>
      <w:proofErr w:type="spellStart"/>
      <w:r>
        <w:t>teatrali</w:t>
      </w:r>
      <w:proofErr w:type="spellEnd"/>
      <w:r>
        <w:t xml:space="preserve"> e </w:t>
      </w:r>
      <w:proofErr w:type="spellStart"/>
      <w:r>
        <w:t>audiovisive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>:</w:t>
      </w:r>
      <w:r>
        <w:br/>
        <w:t xml:space="preserve">- </w:t>
      </w:r>
      <w:proofErr w:type="spellStart"/>
      <w:r>
        <w:t>corsi</w:t>
      </w:r>
      <w:proofErr w:type="spellEnd"/>
      <w:r>
        <w:t xml:space="preserve"> di </w:t>
      </w:r>
      <w:proofErr w:type="spellStart"/>
      <w:r>
        <w:t>formazione</w:t>
      </w:r>
      <w:proofErr w:type="spellEnd"/>
      <w:r>
        <w:t>;</w:t>
      </w:r>
      <w:r>
        <w:br/>
        <w:t xml:space="preserve">- </w:t>
      </w:r>
      <w:proofErr w:type="spellStart"/>
      <w:r>
        <w:t>laboratori</w:t>
      </w:r>
      <w:proofErr w:type="spellEnd"/>
      <w:r>
        <w:t>;</w:t>
      </w:r>
      <w:r>
        <w:br/>
        <w:t>- workshop;</w:t>
      </w:r>
      <w:r>
        <w:br/>
        <w:t xml:space="preserve">-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teatrali</w:t>
      </w:r>
      <w:proofErr w:type="spellEnd"/>
      <w:r>
        <w:t>;</w:t>
      </w:r>
      <w:r>
        <w:br/>
        <w:t xml:space="preserve">- </w:t>
      </w:r>
      <w:proofErr w:type="spellStart"/>
      <w:r>
        <w:t>attività</w:t>
      </w:r>
      <w:proofErr w:type="spellEnd"/>
      <w:r>
        <w:t xml:space="preserve"> di </w:t>
      </w:r>
      <w:proofErr w:type="spellStart"/>
      <w:r w:rsidR="002539F1">
        <w:t>formazione</w:t>
      </w:r>
      <w:proofErr w:type="spellEnd"/>
      <w:r w:rsidR="002539F1">
        <w:t xml:space="preserve"> </w:t>
      </w:r>
      <w:proofErr w:type="spellStart"/>
      <w:r w:rsidR="002539F1">
        <w:t>nell’ambito</w:t>
      </w:r>
      <w:proofErr w:type="spellEnd"/>
      <w:r w:rsidR="002539F1">
        <w:t xml:space="preserve"> </w:t>
      </w:r>
      <w:proofErr w:type="spellStart"/>
      <w:r w:rsidR="002539F1">
        <w:t>dell’</w:t>
      </w:r>
      <w:r>
        <w:t>adattamento</w:t>
      </w:r>
      <w:proofErr w:type="spellEnd"/>
      <w:r>
        <w:t xml:space="preserve"> </w:t>
      </w:r>
      <w:proofErr w:type="spellStart"/>
      <w:r w:rsidR="002539F1">
        <w:t>testi</w:t>
      </w:r>
      <w:proofErr w:type="spellEnd"/>
      <w:r w:rsidR="002539F1">
        <w:t xml:space="preserve"> </w:t>
      </w:r>
      <w:r>
        <w:t xml:space="preserve">e </w:t>
      </w:r>
      <w:proofErr w:type="spellStart"/>
      <w:r>
        <w:t>doppiaggio</w:t>
      </w:r>
      <w:proofErr w:type="spellEnd"/>
      <w:r>
        <w:t>;</w:t>
      </w:r>
      <w:r>
        <w:br/>
        <w:t xml:space="preserve">- </w:t>
      </w:r>
      <w:proofErr w:type="spellStart"/>
      <w:r>
        <w:t>percorsi</w:t>
      </w:r>
      <w:proofErr w:type="spellEnd"/>
      <w:r>
        <w:t xml:space="preserve"> </w:t>
      </w:r>
      <w:proofErr w:type="spellStart"/>
      <w:r>
        <w:t>formativi</w:t>
      </w:r>
      <w:proofErr w:type="spellEnd"/>
      <w:r>
        <w:t xml:space="preserve"> in </w:t>
      </w:r>
      <w:proofErr w:type="spellStart"/>
      <w:r>
        <w:t>presenza</w:t>
      </w:r>
      <w:proofErr w:type="spellEnd"/>
      <w:r>
        <w:t xml:space="preserve"> e online;</w:t>
      </w:r>
      <w:r>
        <w:br/>
        <w:t xml:space="preserve">-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culturali</w:t>
      </w:r>
      <w:proofErr w:type="spellEnd"/>
      <w:r>
        <w:t xml:space="preserve"> e </w:t>
      </w:r>
      <w:proofErr w:type="spellStart"/>
      <w:r>
        <w:t>ricreative</w:t>
      </w:r>
      <w:proofErr w:type="spellEnd"/>
      <w:r>
        <w:t>.</w:t>
      </w:r>
    </w:p>
    <w:p w14:paraId="7D644B1F" w14:textId="77777777" w:rsidR="00771F60" w:rsidRDefault="00000000">
      <w:r>
        <w:rPr>
          <w:b/>
          <w:sz w:val="28"/>
        </w:rPr>
        <w:t>ART. 3 – QUOTA ASSOCIATIVA ANNUALE</w:t>
      </w:r>
    </w:p>
    <w:p w14:paraId="0BA2DBA0" w14:textId="25D85448" w:rsidR="00771F60" w:rsidRDefault="00000000">
      <w:r>
        <w:t xml:space="preserve">La quota </w:t>
      </w:r>
      <w:proofErr w:type="spellStart"/>
      <w:r>
        <w:t>associativa</w:t>
      </w:r>
      <w:proofErr w:type="spellEnd"/>
      <w:r>
        <w:t xml:space="preserve"> </w:t>
      </w:r>
      <w:proofErr w:type="spellStart"/>
      <w:r>
        <w:t>annuale</w:t>
      </w:r>
      <w:proofErr w:type="spellEnd"/>
      <w:r w:rsidR="00AE665A">
        <w:t xml:space="preserve"> è </w:t>
      </w:r>
      <w:proofErr w:type="spellStart"/>
      <w:r w:rsidR="00AE665A">
        <w:t>relativa</w:t>
      </w:r>
      <w:proofErr w:type="spellEnd"/>
      <w:r w:rsidR="00AE665A">
        <w:t xml:space="preserve"> il </w:t>
      </w:r>
      <w:proofErr w:type="spellStart"/>
      <w:r w:rsidR="00AE665A">
        <w:t>periodo</w:t>
      </w:r>
      <w:proofErr w:type="spellEnd"/>
      <w:r w:rsidR="00AE665A">
        <w:t xml:space="preserve"> </w:t>
      </w:r>
      <w:proofErr w:type="spellStart"/>
      <w:r w:rsidR="00AE665A">
        <w:t>ricompreso</w:t>
      </w:r>
      <w:proofErr w:type="spellEnd"/>
      <w:r w:rsidR="00AE665A">
        <w:t xml:space="preserve"> </w:t>
      </w:r>
      <w:proofErr w:type="spellStart"/>
      <w:r w:rsidR="00AE665A">
        <w:t>tra</w:t>
      </w:r>
      <w:proofErr w:type="spellEnd"/>
      <w:r w:rsidR="00AE665A">
        <w:t xml:space="preserve"> il 1.06.2026 </w:t>
      </w:r>
      <w:proofErr w:type="spellStart"/>
      <w:r w:rsidR="00AE665A">
        <w:t>fino</w:t>
      </w:r>
      <w:proofErr w:type="spellEnd"/>
      <w:r w:rsidR="00AE665A">
        <w:t xml:space="preserve"> al 31.05.2027</w:t>
      </w:r>
      <w:r>
        <w:t xml:space="preserve"> </w:t>
      </w:r>
      <w:r w:rsidR="00AE665A">
        <w:t>ed</w:t>
      </w:r>
      <w:r>
        <w:t xml:space="preserve"> è </w:t>
      </w:r>
      <w:proofErr w:type="spellStart"/>
      <w:r>
        <w:t>determinata</w:t>
      </w:r>
      <w:proofErr w:type="spellEnd"/>
      <w:r>
        <w:t xml:space="preserve"> secondo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 di </w:t>
      </w:r>
      <w:proofErr w:type="spellStart"/>
      <w:r>
        <w:t>pagamento</w:t>
      </w:r>
      <w:proofErr w:type="spellEnd"/>
      <w:r w:rsidR="00E24F3A">
        <w:t xml:space="preserve">, come di </w:t>
      </w:r>
      <w:proofErr w:type="spellStart"/>
      <w:r w:rsidR="00E24F3A">
        <w:t>seguito</w:t>
      </w:r>
      <w:proofErr w:type="spellEnd"/>
      <w:r w:rsidR="00E24F3A">
        <w:t xml:space="preserve"> </w:t>
      </w:r>
      <w:proofErr w:type="spellStart"/>
      <w:r w:rsidR="00E24F3A">
        <w:t>specificato</w:t>
      </w:r>
      <w:proofErr w:type="spellEnd"/>
      <w:r w:rsidR="00E24F3A"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24F3A" w14:paraId="6131FB3C" w14:textId="77777777" w:rsidTr="00951410">
        <w:tc>
          <w:tcPr>
            <w:tcW w:w="4320" w:type="dxa"/>
          </w:tcPr>
          <w:p w14:paraId="3559F7B0" w14:textId="77777777" w:rsidR="00E24F3A" w:rsidRDefault="00E24F3A" w:rsidP="00951410">
            <w:r>
              <w:t>MODALITÀ DI PAGAMENTO</w:t>
            </w:r>
          </w:p>
        </w:tc>
        <w:tc>
          <w:tcPr>
            <w:tcW w:w="4320" w:type="dxa"/>
          </w:tcPr>
          <w:p w14:paraId="577FE99C" w14:textId="77777777" w:rsidR="00E24F3A" w:rsidRDefault="00E24F3A" w:rsidP="00951410">
            <w:r>
              <w:t>IMPORTO</w:t>
            </w:r>
          </w:p>
        </w:tc>
      </w:tr>
      <w:tr w:rsidR="00E24F3A" w14:paraId="5409DC2E" w14:textId="77777777" w:rsidTr="00951410">
        <w:tc>
          <w:tcPr>
            <w:tcW w:w="4320" w:type="dxa"/>
          </w:tcPr>
          <w:p w14:paraId="2AB74853" w14:textId="2C3A63EC" w:rsidR="00046F56" w:rsidRDefault="00046F56" w:rsidP="00951410">
            <w:proofErr w:type="spellStart"/>
            <w:r>
              <w:t>Pagamento</w:t>
            </w:r>
            <w:proofErr w:type="spellEnd"/>
            <w:r>
              <w:t xml:space="preserve"> </w:t>
            </w:r>
            <w:proofErr w:type="spellStart"/>
            <w:r>
              <w:t>unico</w:t>
            </w:r>
            <w:proofErr w:type="spellEnd"/>
            <w:r>
              <w:t xml:space="preserve"> </w:t>
            </w:r>
            <w:proofErr w:type="spellStart"/>
            <w:r>
              <w:t>entro</w:t>
            </w:r>
            <w:proofErr w:type="spellEnd"/>
            <w:r>
              <w:t xml:space="preserve"> il 15/6/2026</w:t>
            </w:r>
          </w:p>
          <w:p w14:paraId="55800669" w14:textId="283D81DC" w:rsidR="00E24F3A" w:rsidRDefault="00E24F3A" w:rsidP="00951410">
            <w:proofErr w:type="spellStart"/>
            <w:r>
              <w:t>Pagamento</w:t>
            </w:r>
            <w:proofErr w:type="spellEnd"/>
            <w:r>
              <w:t xml:space="preserve"> in unica </w:t>
            </w:r>
            <w:proofErr w:type="spellStart"/>
            <w:r>
              <w:t>soluzione</w:t>
            </w:r>
            <w:proofErr w:type="spellEnd"/>
            <w:r w:rsidR="00046F56">
              <w:t xml:space="preserve">                           </w:t>
            </w:r>
          </w:p>
        </w:tc>
        <w:tc>
          <w:tcPr>
            <w:tcW w:w="4320" w:type="dxa"/>
          </w:tcPr>
          <w:p w14:paraId="01F2BEDA" w14:textId="77777777" w:rsidR="00E24F3A" w:rsidRDefault="00046F56" w:rsidP="00951410">
            <w:r>
              <w:t>€ 1900,00</w:t>
            </w:r>
          </w:p>
          <w:p w14:paraId="2B82CD47" w14:textId="77EE0346" w:rsidR="00046F56" w:rsidRDefault="00046F56" w:rsidP="00951410">
            <w:r>
              <w:t>€ 2100,00</w:t>
            </w:r>
          </w:p>
        </w:tc>
      </w:tr>
      <w:tr w:rsidR="00E24F3A" w14:paraId="16590531" w14:textId="77777777" w:rsidTr="00951410">
        <w:tc>
          <w:tcPr>
            <w:tcW w:w="4320" w:type="dxa"/>
          </w:tcPr>
          <w:p w14:paraId="7598F6B1" w14:textId="77777777" w:rsidR="002779C2" w:rsidRDefault="00E24F3A" w:rsidP="00951410">
            <w:proofErr w:type="spellStart"/>
            <w:r>
              <w:t>Pagamento</w:t>
            </w:r>
            <w:proofErr w:type="spellEnd"/>
            <w:r>
              <w:t xml:space="preserve"> </w:t>
            </w:r>
            <w:proofErr w:type="spellStart"/>
            <w:r>
              <w:t>in n</w:t>
            </w:r>
            <w:proofErr w:type="spellEnd"/>
            <w:r>
              <w:t xml:space="preserve">. 2 rate </w:t>
            </w:r>
            <w:proofErr w:type="spellStart"/>
            <w:r>
              <w:t>semestrali</w:t>
            </w:r>
            <w:proofErr w:type="spellEnd"/>
            <w:r w:rsidR="002779C2">
              <w:t xml:space="preserve"> </w:t>
            </w:r>
          </w:p>
          <w:p w14:paraId="1950C42E" w14:textId="77777777" w:rsidR="002779C2" w:rsidRDefault="002779C2" w:rsidP="002779C2"/>
        </w:tc>
        <w:tc>
          <w:tcPr>
            <w:tcW w:w="4320" w:type="dxa"/>
          </w:tcPr>
          <w:p w14:paraId="4A82C8AA" w14:textId="653BBFC1" w:rsidR="00E24F3A" w:rsidRDefault="00E24F3A" w:rsidP="00951410">
            <w:r>
              <w:t xml:space="preserve">€ </w:t>
            </w:r>
            <w:r w:rsidR="00046F56">
              <w:t>1</w:t>
            </w:r>
            <w:r>
              <w:t>.050,00</w:t>
            </w:r>
            <w:r w:rsidR="00046F56">
              <w:t>x2</w:t>
            </w:r>
          </w:p>
        </w:tc>
      </w:tr>
      <w:tr w:rsidR="00E24F3A" w14:paraId="7BBCC79D" w14:textId="77777777" w:rsidTr="00951410">
        <w:tc>
          <w:tcPr>
            <w:tcW w:w="4320" w:type="dxa"/>
          </w:tcPr>
          <w:p w14:paraId="7028DDB3" w14:textId="60525166" w:rsidR="00E24F3A" w:rsidRDefault="00E24F3A" w:rsidP="00951410">
            <w:proofErr w:type="spellStart"/>
            <w:r>
              <w:t>Pagamento</w:t>
            </w:r>
            <w:proofErr w:type="spellEnd"/>
            <w:r>
              <w:t xml:space="preserve"> </w:t>
            </w:r>
            <w:proofErr w:type="spellStart"/>
            <w:r>
              <w:t>in n</w:t>
            </w:r>
            <w:proofErr w:type="spellEnd"/>
            <w:r>
              <w:t xml:space="preserve">. </w:t>
            </w:r>
            <w:r w:rsidR="00046F56">
              <w:t>3</w:t>
            </w:r>
            <w:r>
              <w:t xml:space="preserve"> rate </w:t>
            </w:r>
          </w:p>
        </w:tc>
        <w:tc>
          <w:tcPr>
            <w:tcW w:w="4320" w:type="dxa"/>
          </w:tcPr>
          <w:p w14:paraId="6ACDFF01" w14:textId="2AECD7F0" w:rsidR="00E24F3A" w:rsidRDefault="00E24F3A" w:rsidP="00951410">
            <w:r>
              <w:t xml:space="preserve">€ </w:t>
            </w:r>
            <w:r w:rsidR="00046F56">
              <w:t>700</w:t>
            </w:r>
            <w:r>
              <w:t>,00</w:t>
            </w:r>
            <w:r w:rsidR="00046F56">
              <w:t>x3</w:t>
            </w:r>
          </w:p>
        </w:tc>
      </w:tr>
      <w:tr w:rsidR="00E24F3A" w14:paraId="456297EC" w14:textId="77777777" w:rsidTr="00951410">
        <w:tc>
          <w:tcPr>
            <w:tcW w:w="4320" w:type="dxa"/>
          </w:tcPr>
          <w:p w14:paraId="1442D4CA" w14:textId="5109A1F3" w:rsidR="00E24F3A" w:rsidRDefault="00E24F3A" w:rsidP="00951410">
            <w:proofErr w:type="spellStart"/>
            <w:r>
              <w:t>Pagamento</w:t>
            </w:r>
            <w:proofErr w:type="spellEnd"/>
            <w:r>
              <w:t xml:space="preserve"> </w:t>
            </w:r>
            <w:proofErr w:type="spellStart"/>
            <w:r>
              <w:t>in n</w:t>
            </w:r>
            <w:proofErr w:type="spellEnd"/>
            <w:r>
              <w:t xml:space="preserve">. 10 </w:t>
            </w:r>
          </w:p>
        </w:tc>
        <w:tc>
          <w:tcPr>
            <w:tcW w:w="4320" w:type="dxa"/>
          </w:tcPr>
          <w:p w14:paraId="62E9FB82" w14:textId="627E23E0" w:rsidR="00E24F3A" w:rsidRDefault="00E24F3A" w:rsidP="00951410">
            <w:r>
              <w:t xml:space="preserve">€ </w:t>
            </w:r>
            <w:r w:rsidR="00046F56">
              <w:t>210x10</w:t>
            </w:r>
          </w:p>
        </w:tc>
      </w:tr>
    </w:tbl>
    <w:p w14:paraId="7849B615" w14:textId="77777777" w:rsidR="00E24F3A" w:rsidRDefault="00E24F3A"/>
    <w:p w14:paraId="25D7483C" w14:textId="5504E631" w:rsidR="002779C2" w:rsidRDefault="002779C2">
      <w:r>
        <w:t xml:space="preserve">Le </w:t>
      </w:r>
      <w:proofErr w:type="spellStart"/>
      <w:r>
        <w:t>scadenze</w:t>
      </w:r>
      <w:proofErr w:type="spellEnd"/>
      <w:r>
        <w:t xml:space="preserve"> di </w:t>
      </w:r>
      <w:proofErr w:type="spellStart"/>
      <w:r>
        <w:t>pagamento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fissate</w:t>
      </w:r>
      <w:proofErr w:type="spellEnd"/>
      <w:r>
        <w:t xml:space="preserve"> come di </w:t>
      </w:r>
      <w:proofErr w:type="spellStart"/>
      <w:r>
        <w:t>seguito</w:t>
      </w:r>
      <w:proofErr w:type="spellEnd"/>
      <w:r>
        <w:t xml:space="preserve"> </w:t>
      </w:r>
      <w:proofErr w:type="spellStart"/>
      <w:r>
        <w:t>indicato</w:t>
      </w:r>
      <w:proofErr w:type="spellEnd"/>
      <w:r>
        <w:t>:</w:t>
      </w:r>
    </w:p>
    <w:p w14:paraId="69B564C2" w14:textId="626BC42E" w:rsidR="002779C2" w:rsidRDefault="00AE665A">
      <w:r>
        <w:t>-</w:t>
      </w:r>
      <w:proofErr w:type="spellStart"/>
      <w:r w:rsidR="002779C2">
        <w:t>Pagamento</w:t>
      </w:r>
      <w:proofErr w:type="spellEnd"/>
      <w:r w:rsidR="002779C2">
        <w:t xml:space="preserve"> in rata unica </w:t>
      </w:r>
      <w:r w:rsidR="00046F56">
        <w:t xml:space="preserve">al </w:t>
      </w:r>
      <w:proofErr w:type="spellStart"/>
      <w:r w:rsidR="00046F56">
        <w:t>momento</w:t>
      </w:r>
      <w:proofErr w:type="spellEnd"/>
      <w:r w:rsidR="00046F56">
        <w:t xml:space="preserve"> </w:t>
      </w:r>
      <w:proofErr w:type="spellStart"/>
      <w:r w:rsidR="00046F56">
        <w:t>dell’iscrizione</w:t>
      </w:r>
      <w:proofErr w:type="spellEnd"/>
      <w:r w:rsidR="00046F56">
        <w:t xml:space="preserve"> con </w:t>
      </w:r>
      <w:proofErr w:type="spellStart"/>
      <w:r w:rsidR="00046F56">
        <w:t>bonifico</w:t>
      </w:r>
      <w:proofErr w:type="spellEnd"/>
      <w:r w:rsidR="00046F56">
        <w:t xml:space="preserve"> </w:t>
      </w:r>
      <w:proofErr w:type="spellStart"/>
      <w:r w:rsidR="00046F56">
        <w:t>diretto</w:t>
      </w:r>
      <w:proofErr w:type="spellEnd"/>
    </w:p>
    <w:p w14:paraId="31465ACE" w14:textId="37479948" w:rsidR="002779C2" w:rsidRDefault="00AE665A">
      <w:r>
        <w:t>-</w:t>
      </w:r>
      <w:proofErr w:type="spellStart"/>
      <w:r w:rsidR="002779C2">
        <w:t>Pagamento</w:t>
      </w:r>
      <w:proofErr w:type="spellEnd"/>
      <w:r w:rsidR="002779C2">
        <w:t xml:space="preserve"> in 2 rate </w:t>
      </w:r>
      <w:r w:rsidR="00046F56">
        <w:t xml:space="preserve">al </w:t>
      </w:r>
      <w:proofErr w:type="spellStart"/>
      <w:r w:rsidR="00046F56">
        <w:t>momento</w:t>
      </w:r>
      <w:proofErr w:type="spellEnd"/>
      <w:r w:rsidR="00046F56">
        <w:t xml:space="preserve"> </w:t>
      </w:r>
      <w:proofErr w:type="spellStart"/>
      <w:r w:rsidR="00046F56">
        <w:t>dell’iscrizione</w:t>
      </w:r>
      <w:proofErr w:type="spellEnd"/>
      <w:r w:rsidR="002779C2">
        <w:t xml:space="preserve"> la prima rata e </w:t>
      </w:r>
      <w:r>
        <w:t>31.</w:t>
      </w:r>
      <w:r w:rsidR="00046F56">
        <w:t>12</w:t>
      </w:r>
      <w:r w:rsidR="002779C2">
        <w:t>.202</w:t>
      </w:r>
      <w:r w:rsidR="00046F56">
        <w:t>6</w:t>
      </w:r>
      <w:r w:rsidR="002779C2">
        <w:t xml:space="preserve"> la </w:t>
      </w:r>
      <w:proofErr w:type="spellStart"/>
      <w:r w:rsidR="002779C2">
        <w:t>seconda</w:t>
      </w:r>
      <w:proofErr w:type="spellEnd"/>
      <w:r w:rsidR="002779C2">
        <w:t xml:space="preserve"> rata</w:t>
      </w:r>
    </w:p>
    <w:p w14:paraId="666862A8" w14:textId="0FA68F8C" w:rsidR="00AE665A" w:rsidRDefault="00AE665A">
      <w:r>
        <w:t>-</w:t>
      </w:r>
      <w:proofErr w:type="spellStart"/>
      <w:r>
        <w:t>Pagamento</w:t>
      </w:r>
      <w:proofErr w:type="spellEnd"/>
      <w:r>
        <w:t xml:space="preserve"> in </w:t>
      </w:r>
      <w:r w:rsidR="00046F56">
        <w:t>3</w:t>
      </w:r>
      <w:r>
        <w:t xml:space="preserve"> rate </w:t>
      </w:r>
      <w:proofErr w:type="spellStart"/>
      <w:r>
        <w:t>entro</w:t>
      </w:r>
      <w:proofErr w:type="spellEnd"/>
      <w:r>
        <w:t xml:space="preserve"> il 31.07.2026 la prima rata, 31.1</w:t>
      </w:r>
      <w:r w:rsidR="00046F56">
        <w:t>2</w:t>
      </w:r>
      <w:r>
        <w:t xml:space="preserve">.2026 la </w:t>
      </w:r>
      <w:proofErr w:type="spellStart"/>
      <w:r>
        <w:t>seconda</w:t>
      </w:r>
      <w:proofErr w:type="spellEnd"/>
      <w:r>
        <w:t>, 31.0</w:t>
      </w:r>
      <w:r w:rsidR="00046F56">
        <w:t>3</w:t>
      </w:r>
      <w:r>
        <w:t>.2027 la terza</w:t>
      </w:r>
      <w:r w:rsidR="00046F56">
        <w:t>.</w:t>
      </w:r>
    </w:p>
    <w:p w14:paraId="5CDA9B7C" w14:textId="653C4856" w:rsidR="00AE665A" w:rsidRDefault="00AE665A" w:rsidP="00AE665A">
      <w:r>
        <w:t>-</w:t>
      </w:r>
      <w:proofErr w:type="spellStart"/>
      <w:r>
        <w:t>Pagamento</w:t>
      </w:r>
      <w:proofErr w:type="spellEnd"/>
      <w:r>
        <w:t xml:space="preserve"> </w:t>
      </w:r>
      <w:proofErr w:type="gramStart"/>
      <w:r>
        <w:t>in  rate</w:t>
      </w:r>
      <w:proofErr w:type="gramEnd"/>
      <w:r>
        <w:t xml:space="preserve"> </w:t>
      </w:r>
      <w:proofErr w:type="spellStart"/>
      <w:r>
        <w:t>mensili</w:t>
      </w:r>
      <w:proofErr w:type="spellEnd"/>
      <w:r>
        <w:t xml:space="preserve">, </w:t>
      </w:r>
      <w:r w:rsidR="00046F56">
        <w:t xml:space="preserve">la prima al </w:t>
      </w:r>
      <w:proofErr w:type="spellStart"/>
      <w:r w:rsidR="00046F56">
        <w:t>momento</w:t>
      </w:r>
      <w:proofErr w:type="spellEnd"/>
      <w:r w:rsidR="00046F56">
        <w:t xml:space="preserve"> </w:t>
      </w:r>
      <w:proofErr w:type="spellStart"/>
      <w:r w:rsidR="00046F56">
        <w:t>dell’iscrizione</w:t>
      </w:r>
      <w:proofErr w:type="spellEnd"/>
      <w:r w:rsidR="00046F56">
        <w:t xml:space="preserve"> e le successive il 5 di ogni mese </w:t>
      </w:r>
      <w:proofErr w:type="spellStart"/>
      <w:r w:rsidR="00046F56">
        <w:t>fino</w:t>
      </w:r>
      <w:proofErr w:type="spellEnd"/>
      <w:r w:rsidR="00046F56">
        <w:t xml:space="preserve"> al </w:t>
      </w:r>
      <w:proofErr w:type="spellStart"/>
      <w:r w:rsidR="00046F56">
        <w:t>raggiungimento</w:t>
      </w:r>
      <w:proofErr w:type="spellEnd"/>
      <w:r w:rsidR="00046F56">
        <w:t xml:space="preserve"> </w:t>
      </w:r>
      <w:proofErr w:type="spellStart"/>
      <w:r w:rsidR="00046F56">
        <w:t>dell’importo</w:t>
      </w:r>
      <w:proofErr w:type="spellEnd"/>
      <w:r w:rsidR="00046F56">
        <w:t xml:space="preserve"> </w:t>
      </w:r>
      <w:proofErr w:type="spellStart"/>
      <w:r w:rsidR="00046F56">
        <w:t>complessivo</w:t>
      </w:r>
      <w:proofErr w:type="spellEnd"/>
      <w:r w:rsidR="00046F56">
        <w:t xml:space="preserve"> di € 2100,00.</w:t>
      </w:r>
    </w:p>
    <w:p w14:paraId="5C042214" w14:textId="54AFF318" w:rsidR="00AE665A" w:rsidRDefault="00AE665A" w:rsidP="00AE665A">
      <w:r>
        <w:t xml:space="preserve">La quota </w:t>
      </w:r>
      <w:proofErr w:type="spellStart"/>
      <w:r>
        <w:t>associativa</w:t>
      </w:r>
      <w:proofErr w:type="spellEnd"/>
      <w:r>
        <w:t xml:space="preserve"> </w:t>
      </w:r>
      <w:proofErr w:type="spellStart"/>
      <w:r>
        <w:t>verrà</w:t>
      </w:r>
      <w:proofErr w:type="spellEnd"/>
      <w:r>
        <w:t xml:space="preserve"> </w:t>
      </w:r>
      <w:proofErr w:type="spellStart"/>
      <w:r>
        <w:t>rideterminata</w:t>
      </w:r>
      <w:proofErr w:type="spellEnd"/>
      <w:r>
        <w:t xml:space="preserve"> </w:t>
      </w:r>
      <w:proofErr w:type="spellStart"/>
      <w:r>
        <w:t>proporzionalmente</w:t>
      </w:r>
      <w:proofErr w:type="spellEnd"/>
      <w:r>
        <w:t xml:space="preserve"> in base al </w:t>
      </w:r>
      <w:proofErr w:type="spellStart"/>
      <w:r>
        <w:t>periodo</w:t>
      </w:r>
      <w:proofErr w:type="spellEnd"/>
      <w:r>
        <w:t xml:space="preserve"> di </w:t>
      </w:r>
      <w:proofErr w:type="spellStart"/>
      <w:r>
        <w:t>richiesta</w:t>
      </w:r>
      <w:proofErr w:type="spellEnd"/>
      <w:r>
        <w:t xml:space="preserve">, in base al principio della </w:t>
      </w:r>
      <w:proofErr w:type="spellStart"/>
      <w:r>
        <w:t>competenza</w:t>
      </w:r>
      <w:proofErr w:type="spellEnd"/>
      <w:r>
        <w:t xml:space="preserve"> </w:t>
      </w:r>
      <w:proofErr w:type="spellStart"/>
      <w:r>
        <w:t>temporale</w:t>
      </w:r>
      <w:proofErr w:type="spellEnd"/>
      <w:r w:rsidR="00046F56">
        <w:t>.</w:t>
      </w:r>
    </w:p>
    <w:p w14:paraId="0A5A9DB8" w14:textId="77777777" w:rsidR="002779C2" w:rsidRDefault="002779C2"/>
    <w:p w14:paraId="01D04A3E" w14:textId="77777777" w:rsidR="00771F60" w:rsidRDefault="00000000">
      <w:r>
        <w:rPr>
          <w:b/>
          <w:sz w:val="28"/>
        </w:rPr>
        <w:t>ART. 4 – DIRITTI DEGLI ASSOCIATI</w:t>
      </w:r>
    </w:p>
    <w:p w14:paraId="7162F43B" w14:textId="77777777" w:rsidR="00AE665A" w:rsidRDefault="00000000">
      <w:proofErr w:type="spellStart"/>
      <w:r>
        <w:t>Gli</w:t>
      </w:r>
      <w:proofErr w:type="spellEnd"/>
      <w:r>
        <w:t xml:space="preserve"> </w:t>
      </w:r>
      <w:proofErr w:type="spellStart"/>
      <w:r>
        <w:t>associati</w:t>
      </w:r>
      <w:proofErr w:type="spellEnd"/>
      <w:r>
        <w:t xml:space="preserve"> in </w:t>
      </w:r>
      <w:proofErr w:type="spellStart"/>
      <w:r>
        <w:t>regola</w:t>
      </w:r>
      <w:proofErr w:type="spellEnd"/>
      <w:r>
        <w:t xml:space="preserve"> con il </w:t>
      </w:r>
      <w:proofErr w:type="spellStart"/>
      <w:r>
        <w:t>pagamento</w:t>
      </w:r>
      <w:proofErr w:type="spellEnd"/>
      <w:r>
        <w:t xml:space="preserve"> della quota </w:t>
      </w:r>
      <w:proofErr w:type="spellStart"/>
      <w:r>
        <w:t>annuale</w:t>
      </w:r>
      <w:proofErr w:type="spellEnd"/>
      <w:r>
        <w:t xml:space="preserve"> </w:t>
      </w:r>
      <w:proofErr w:type="spellStart"/>
      <w:r>
        <w:t>hanno</w:t>
      </w:r>
      <w:proofErr w:type="spellEnd"/>
      <w:r>
        <w:t xml:space="preserve"> </w:t>
      </w:r>
      <w:proofErr w:type="spellStart"/>
      <w:r>
        <w:t>diritto</w:t>
      </w:r>
      <w:proofErr w:type="spellEnd"/>
      <w:r>
        <w:t xml:space="preserve"> a:</w:t>
      </w:r>
      <w:r>
        <w:br/>
        <w:t xml:space="preserve">-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assemblee</w:t>
      </w:r>
      <w:proofErr w:type="spellEnd"/>
      <w:r>
        <w:t xml:space="preserve"> associative;</w:t>
      </w:r>
      <w:r>
        <w:br/>
        <w:t xml:space="preserve">-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proofErr w:type="gramStart"/>
      <w:r>
        <w:t>dall’Associazione</w:t>
      </w:r>
      <w:proofErr w:type="spellEnd"/>
      <w:r>
        <w:t>;</w:t>
      </w:r>
      <w:proofErr w:type="gramEnd"/>
    </w:p>
    <w:p w14:paraId="6C57BFAB" w14:textId="7A92EB8A" w:rsidR="002539F1" w:rsidRDefault="002539F1">
      <w:r>
        <w:t xml:space="preserve">-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informazioni</w:t>
      </w:r>
      <w:proofErr w:type="spellEnd"/>
      <w:r>
        <w:t xml:space="preserve"> </w:t>
      </w:r>
      <w:proofErr w:type="spellStart"/>
      <w:r>
        <w:t>sulle</w:t>
      </w:r>
      <w:proofErr w:type="spellEnd"/>
      <w:r>
        <w:t xml:space="preserve"> </w:t>
      </w:r>
      <w:proofErr w:type="spellStart"/>
      <w:r>
        <w:t>iniziative</w:t>
      </w:r>
      <w:proofErr w:type="spellEnd"/>
      <w:r>
        <w:t xml:space="preserve"> associative.</w:t>
      </w:r>
      <w:r>
        <w:br/>
        <w:t xml:space="preserve">-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, </w:t>
      </w:r>
      <w:proofErr w:type="spellStart"/>
      <w:r>
        <w:t>limitatamente</w:t>
      </w:r>
      <w:proofErr w:type="spellEnd"/>
      <w:r>
        <w:t xml:space="preserve"> a un </w:t>
      </w:r>
      <w:proofErr w:type="spellStart"/>
      <w:r>
        <w:t>corso</w:t>
      </w:r>
      <w:proofErr w:type="spellEnd"/>
      <w:r>
        <w:t xml:space="preserve"> </w:t>
      </w:r>
      <w:proofErr w:type="spellStart"/>
      <w:r>
        <w:t>annuale</w:t>
      </w:r>
      <w:proofErr w:type="spellEnd"/>
      <w:r>
        <w:t xml:space="preserve">, </w:t>
      </w:r>
      <w:proofErr w:type="spellStart"/>
      <w:r>
        <w:t>tra</w:t>
      </w:r>
      <w:proofErr w:type="spellEnd"/>
      <w:r>
        <w:t xml:space="preserve"> </w:t>
      </w:r>
      <w:proofErr w:type="spellStart"/>
      <w:r>
        <w:t>quelli</w:t>
      </w:r>
      <w:proofErr w:type="spellEnd"/>
      <w:r>
        <w:t xml:space="preserve"> in </w:t>
      </w:r>
      <w:proofErr w:type="spellStart"/>
      <w:r>
        <w:t>programma</w:t>
      </w:r>
      <w:proofErr w:type="spellEnd"/>
      <w:r>
        <w:t xml:space="preserve"> come di </w:t>
      </w:r>
      <w:proofErr w:type="spellStart"/>
      <w:r>
        <w:t>seguito</w:t>
      </w:r>
      <w:proofErr w:type="spellEnd"/>
      <w:r>
        <w:t xml:space="preserve"> </w:t>
      </w:r>
      <w:proofErr w:type="spellStart"/>
      <w:r>
        <w:t>elencato</w:t>
      </w:r>
      <w:proofErr w:type="spellEnd"/>
      <w:r>
        <w:t>:</w:t>
      </w:r>
    </w:p>
    <w:p w14:paraId="0455892D" w14:textId="0C9B3C96" w:rsidR="002539F1" w:rsidRDefault="002539F1" w:rsidP="002539F1">
      <w:r>
        <w:t>*</w:t>
      </w:r>
      <w:proofErr w:type="spellStart"/>
      <w:r>
        <w:t>Doppiaggio</w:t>
      </w:r>
      <w:proofErr w:type="spellEnd"/>
    </w:p>
    <w:p w14:paraId="77E34D96" w14:textId="468C4265" w:rsidR="00046F56" w:rsidRDefault="00046F56" w:rsidP="002539F1">
      <w:r>
        <w:t>*</w:t>
      </w:r>
      <w:proofErr w:type="spellStart"/>
      <w:r>
        <w:t>Doppiaggio</w:t>
      </w:r>
      <w:proofErr w:type="spellEnd"/>
      <w:r>
        <w:t xml:space="preserve"> </w:t>
      </w:r>
      <w:proofErr w:type="spellStart"/>
      <w:r>
        <w:t>cantato</w:t>
      </w:r>
      <w:proofErr w:type="spellEnd"/>
    </w:p>
    <w:p w14:paraId="2643D81F" w14:textId="71B389C2" w:rsidR="002539F1" w:rsidRDefault="002539F1" w:rsidP="002539F1">
      <w:r>
        <w:t>*</w:t>
      </w:r>
      <w:proofErr w:type="spellStart"/>
      <w:r>
        <w:t>Recitazione</w:t>
      </w:r>
      <w:proofErr w:type="spellEnd"/>
      <w:r>
        <w:t xml:space="preserve"> </w:t>
      </w:r>
      <w:proofErr w:type="spellStart"/>
      <w:r>
        <w:t>cinematografica</w:t>
      </w:r>
      <w:proofErr w:type="spellEnd"/>
    </w:p>
    <w:p w14:paraId="7CC1835C" w14:textId="13054DE4" w:rsidR="002539F1" w:rsidRDefault="002539F1" w:rsidP="002539F1">
      <w:r>
        <w:t>*</w:t>
      </w:r>
      <w:proofErr w:type="spellStart"/>
      <w:r>
        <w:t>Recitazione</w:t>
      </w:r>
      <w:proofErr w:type="spellEnd"/>
      <w:r>
        <w:t xml:space="preserve"> </w:t>
      </w:r>
      <w:proofErr w:type="spellStart"/>
      <w:r>
        <w:t>teatrale</w:t>
      </w:r>
      <w:proofErr w:type="spellEnd"/>
    </w:p>
    <w:p w14:paraId="79BBD189" w14:textId="1DDDAFB9" w:rsidR="002539F1" w:rsidRDefault="002539F1" w:rsidP="002539F1">
      <w:r>
        <w:t>*</w:t>
      </w:r>
      <w:proofErr w:type="spellStart"/>
      <w:r>
        <w:t>Adattamento</w:t>
      </w:r>
      <w:proofErr w:type="spellEnd"/>
      <w:r>
        <w:t xml:space="preserve"> </w:t>
      </w:r>
      <w:proofErr w:type="spellStart"/>
      <w:r>
        <w:t>testi</w:t>
      </w:r>
      <w:proofErr w:type="spellEnd"/>
    </w:p>
    <w:p w14:paraId="6483D481" w14:textId="0358DFFB" w:rsidR="002539F1" w:rsidRDefault="002539F1" w:rsidP="002539F1">
      <w:r>
        <w:t>*</w:t>
      </w:r>
      <w:proofErr w:type="spellStart"/>
      <w:r>
        <w:t>Fonico</w:t>
      </w:r>
      <w:proofErr w:type="spellEnd"/>
      <w:r>
        <w:t xml:space="preserve"> di Sala</w:t>
      </w:r>
    </w:p>
    <w:p w14:paraId="1E071BE5" w14:textId="77777777" w:rsidR="00771F60" w:rsidRDefault="00000000">
      <w:r>
        <w:rPr>
          <w:b/>
          <w:sz w:val="28"/>
        </w:rPr>
        <w:t>ART. 5 – DOVERI DEGLI ASSOCIATI</w:t>
      </w:r>
    </w:p>
    <w:p w14:paraId="11C5D684" w14:textId="61EE6715" w:rsidR="00771F60" w:rsidRDefault="00000000">
      <w:proofErr w:type="spellStart"/>
      <w:r>
        <w:t>Gli</w:t>
      </w:r>
      <w:proofErr w:type="spellEnd"/>
      <w:r>
        <w:t xml:space="preserve"> </w:t>
      </w:r>
      <w:proofErr w:type="spellStart"/>
      <w:r>
        <w:t>associati</w:t>
      </w:r>
      <w:proofErr w:type="spellEnd"/>
      <w:r>
        <w:t xml:space="preserve"> </w:t>
      </w:r>
      <w:proofErr w:type="spellStart"/>
      <w:r>
        <w:t>devono</w:t>
      </w:r>
      <w:proofErr w:type="spellEnd"/>
      <w:r>
        <w:t>:</w:t>
      </w:r>
      <w:r>
        <w:br/>
        <w:t xml:space="preserve">- </w:t>
      </w:r>
      <w:proofErr w:type="spellStart"/>
      <w:r>
        <w:t>rispettare</w:t>
      </w:r>
      <w:proofErr w:type="spellEnd"/>
      <w:r>
        <w:t xml:space="preserve"> lo Statuto;</w:t>
      </w:r>
      <w:r>
        <w:br/>
        <w:t xml:space="preserve">- </w:t>
      </w:r>
      <w:proofErr w:type="spellStart"/>
      <w:r>
        <w:t>rispettare</w:t>
      </w:r>
      <w:proofErr w:type="spellEnd"/>
      <w:r>
        <w:t xml:space="preserve"> il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Regolamento</w:t>
      </w:r>
      <w:proofErr w:type="spellEnd"/>
      <w:r>
        <w:t>;</w:t>
      </w:r>
      <w:r>
        <w:br/>
        <w:t xml:space="preserve">- </w:t>
      </w:r>
      <w:proofErr w:type="spellStart"/>
      <w:r>
        <w:t>osservare</w:t>
      </w:r>
      <w:proofErr w:type="spellEnd"/>
      <w:r>
        <w:t xml:space="preserve"> le </w:t>
      </w:r>
      <w:proofErr w:type="spellStart"/>
      <w:r>
        <w:t>deliberazioni</w:t>
      </w:r>
      <w:proofErr w:type="spellEnd"/>
      <w:r>
        <w:t xml:space="preserve"> degli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sociali</w:t>
      </w:r>
      <w:proofErr w:type="spellEnd"/>
      <w:r>
        <w:t>;</w:t>
      </w:r>
      <w:r>
        <w:br/>
        <w:t xml:space="preserve">- </w:t>
      </w:r>
      <w:proofErr w:type="spellStart"/>
      <w:r>
        <w:t>versare</w:t>
      </w:r>
      <w:proofErr w:type="spellEnd"/>
      <w:r>
        <w:t xml:space="preserve"> </w:t>
      </w:r>
      <w:proofErr w:type="spellStart"/>
      <w:r>
        <w:t>regolarmente</w:t>
      </w:r>
      <w:proofErr w:type="spellEnd"/>
      <w:r>
        <w:t xml:space="preserve"> la quota </w:t>
      </w:r>
      <w:proofErr w:type="spellStart"/>
      <w:r>
        <w:t>associativa</w:t>
      </w:r>
      <w:proofErr w:type="spellEnd"/>
      <w:r>
        <w:t xml:space="preserve"> </w:t>
      </w:r>
      <w:proofErr w:type="spellStart"/>
      <w:r>
        <w:t>annuale</w:t>
      </w:r>
      <w:proofErr w:type="spellEnd"/>
      <w:r w:rsidR="00AE665A">
        <w:t xml:space="preserve"> alle </w:t>
      </w:r>
      <w:proofErr w:type="spellStart"/>
      <w:r w:rsidR="00AE665A">
        <w:t>scadenze</w:t>
      </w:r>
      <w:proofErr w:type="spellEnd"/>
      <w:r w:rsidR="00AE665A">
        <w:t xml:space="preserve"> </w:t>
      </w:r>
      <w:proofErr w:type="spellStart"/>
      <w:r w:rsidR="00AE665A">
        <w:t>pattuite</w:t>
      </w:r>
      <w:proofErr w:type="spellEnd"/>
      <w:r w:rsidR="00AE665A">
        <w:t>.</w:t>
      </w:r>
    </w:p>
    <w:p w14:paraId="6DC353E0" w14:textId="77777777" w:rsidR="00771F60" w:rsidRDefault="00000000">
      <w:r>
        <w:rPr>
          <w:b/>
          <w:sz w:val="28"/>
        </w:rPr>
        <w:t>ART. 6 – PARTECIPAZIONE AI CORSI</w:t>
      </w:r>
    </w:p>
    <w:p w14:paraId="7975B4FA" w14:textId="77777777" w:rsidR="00771F60" w:rsidRDefault="00000000">
      <w:proofErr w:type="spellStart"/>
      <w:r>
        <w:t>L’Associazione</w:t>
      </w:r>
      <w:proofErr w:type="spellEnd"/>
      <w:r>
        <w:t xml:space="preserve"> </w:t>
      </w:r>
      <w:proofErr w:type="spellStart"/>
      <w:r>
        <w:t>organizza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formative e </w:t>
      </w:r>
      <w:proofErr w:type="spellStart"/>
      <w:r>
        <w:t>culturali</w:t>
      </w:r>
      <w:proofErr w:type="spellEnd"/>
      <w:r>
        <w:t xml:space="preserve"> </w:t>
      </w:r>
      <w:proofErr w:type="spellStart"/>
      <w:r>
        <w:t>rivolte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associati</w:t>
      </w:r>
      <w:proofErr w:type="spellEnd"/>
      <w:r>
        <w:t xml:space="preserve"> e ai non </w:t>
      </w:r>
      <w:proofErr w:type="spellStart"/>
      <w:r>
        <w:t>associati</w:t>
      </w:r>
      <w:proofErr w:type="spellEnd"/>
      <w:r>
        <w:t>.</w:t>
      </w:r>
    </w:p>
    <w:p w14:paraId="0FA3B686" w14:textId="08FBF877" w:rsidR="00771F60" w:rsidRDefault="00000000">
      <w:r>
        <w:rPr>
          <w:b/>
          <w:sz w:val="28"/>
        </w:rPr>
        <w:t xml:space="preserve">ART. </w:t>
      </w:r>
      <w:r w:rsidR="00046F56">
        <w:rPr>
          <w:b/>
          <w:sz w:val="28"/>
        </w:rPr>
        <w:t>7</w:t>
      </w:r>
      <w:r>
        <w:rPr>
          <w:b/>
          <w:sz w:val="28"/>
        </w:rPr>
        <w:t xml:space="preserve"> – MODALITÀ DI PAGAMENTO</w:t>
      </w:r>
    </w:p>
    <w:p w14:paraId="169DE3E9" w14:textId="6756E47A" w:rsidR="00771F60" w:rsidRDefault="00000000">
      <w:r>
        <w:t xml:space="preserve">Le quote relative ai </w:t>
      </w:r>
      <w:proofErr w:type="spellStart"/>
      <w:r>
        <w:t>corsi</w:t>
      </w:r>
      <w:proofErr w:type="spellEnd"/>
      <w:r>
        <w:t xml:space="preserve"> e alla quota </w:t>
      </w:r>
      <w:proofErr w:type="spellStart"/>
      <w:r>
        <w:t>associativa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corrisposte</w:t>
      </w:r>
      <w:proofErr w:type="spellEnd"/>
      <w:r>
        <w:t xml:space="preserve"> con </w:t>
      </w:r>
      <w:proofErr w:type="spellStart"/>
      <w:r w:rsidR="00455877">
        <w:t>bonifico</w:t>
      </w:r>
      <w:proofErr w:type="spellEnd"/>
      <w:r w:rsidR="00455877">
        <w:t xml:space="preserve"> </w:t>
      </w:r>
      <w:proofErr w:type="spellStart"/>
      <w:r w:rsidR="00455877">
        <w:t>diretto</w:t>
      </w:r>
      <w:proofErr w:type="spellEnd"/>
      <w:r w:rsidR="00455877">
        <w:t xml:space="preserve"> in </w:t>
      </w:r>
      <w:proofErr w:type="spellStart"/>
      <w:r w:rsidR="00455877">
        <w:t>caso</w:t>
      </w:r>
      <w:proofErr w:type="spellEnd"/>
      <w:r w:rsidR="00455877">
        <w:t xml:space="preserve"> di unica </w:t>
      </w:r>
      <w:proofErr w:type="spellStart"/>
      <w:r w:rsidR="00455877">
        <w:t>soluzione</w:t>
      </w:r>
      <w:proofErr w:type="spellEnd"/>
      <w:r w:rsidR="00455877">
        <w:t xml:space="preserve"> </w:t>
      </w:r>
      <w:proofErr w:type="spellStart"/>
      <w:r w:rsidR="00455877">
        <w:t>oppure</w:t>
      </w:r>
      <w:proofErr w:type="spellEnd"/>
      <w:r w:rsidR="00455877">
        <w:t xml:space="preserve"> con Ts pay in </w:t>
      </w:r>
      <w:proofErr w:type="spellStart"/>
      <w:r w:rsidR="00455877">
        <w:t>caso</w:t>
      </w:r>
      <w:proofErr w:type="spellEnd"/>
      <w:r w:rsidR="00455877">
        <w:t xml:space="preserve"> di 2,3 o 10 rate.</w:t>
      </w:r>
    </w:p>
    <w:p w14:paraId="423D2215" w14:textId="1B2BDC9B" w:rsidR="00771F60" w:rsidRDefault="00000000">
      <w:r>
        <w:rPr>
          <w:b/>
          <w:sz w:val="28"/>
        </w:rPr>
        <w:t xml:space="preserve">ART. </w:t>
      </w:r>
      <w:r w:rsidR="00046F56">
        <w:rPr>
          <w:b/>
          <w:sz w:val="28"/>
        </w:rPr>
        <w:t>8</w:t>
      </w:r>
      <w:r>
        <w:rPr>
          <w:b/>
          <w:sz w:val="28"/>
        </w:rPr>
        <w:t xml:space="preserve"> – PERDITA DELLA QUALIFICA DI ASSOCIATO</w:t>
      </w:r>
    </w:p>
    <w:p w14:paraId="3E516190" w14:textId="77777777" w:rsidR="00771F60" w:rsidRDefault="00000000">
      <w:r>
        <w:t xml:space="preserve">La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associato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perde</w:t>
      </w:r>
      <w:proofErr w:type="spellEnd"/>
      <w:r>
        <w:t xml:space="preserve"> per </w:t>
      </w:r>
      <w:proofErr w:type="spellStart"/>
      <w:r>
        <w:t>recesso</w:t>
      </w:r>
      <w:proofErr w:type="spellEnd"/>
      <w:r>
        <w:t xml:space="preserve">, </w:t>
      </w:r>
      <w:proofErr w:type="spellStart"/>
      <w:r>
        <w:t>morosità</w:t>
      </w:r>
      <w:proofErr w:type="spellEnd"/>
      <w:r>
        <w:t xml:space="preserve">, </w:t>
      </w:r>
      <w:proofErr w:type="spellStart"/>
      <w:r>
        <w:t>esclusione</w:t>
      </w:r>
      <w:proofErr w:type="spellEnd"/>
      <w:r>
        <w:t xml:space="preserve"> o </w:t>
      </w:r>
      <w:proofErr w:type="spellStart"/>
      <w:r>
        <w:t>decesso</w:t>
      </w:r>
      <w:proofErr w:type="spellEnd"/>
      <w:r>
        <w:t>.</w:t>
      </w:r>
    </w:p>
    <w:p w14:paraId="5318944C" w14:textId="2B3E37C8" w:rsidR="00771F60" w:rsidRDefault="00000000">
      <w:r>
        <w:rPr>
          <w:b/>
          <w:sz w:val="28"/>
        </w:rPr>
        <w:t xml:space="preserve">ART. </w:t>
      </w:r>
      <w:r w:rsidR="00046F56">
        <w:rPr>
          <w:b/>
          <w:sz w:val="28"/>
        </w:rPr>
        <w:t>9</w:t>
      </w:r>
      <w:r>
        <w:rPr>
          <w:b/>
          <w:sz w:val="28"/>
        </w:rPr>
        <w:t xml:space="preserve"> – NORME FINALI</w:t>
      </w:r>
    </w:p>
    <w:p w14:paraId="70FE1048" w14:textId="77777777" w:rsidR="00771F60" w:rsidRDefault="00000000">
      <w:r>
        <w:t xml:space="preserve">Per </w:t>
      </w:r>
      <w:proofErr w:type="spellStart"/>
      <w:r>
        <w:t>quanto</w:t>
      </w:r>
      <w:proofErr w:type="spellEnd"/>
      <w:r>
        <w:t xml:space="preserve"> non </w:t>
      </w:r>
      <w:proofErr w:type="spellStart"/>
      <w:r>
        <w:t>previsto</w:t>
      </w:r>
      <w:proofErr w:type="spellEnd"/>
      <w:r>
        <w:t xml:space="preserve"> dal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Regolamento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applicano</w:t>
      </w:r>
      <w:proofErr w:type="spellEnd"/>
      <w:r>
        <w:t>:</w:t>
      </w:r>
      <w:r>
        <w:br/>
        <w:t xml:space="preserve">- lo Statuto </w:t>
      </w:r>
      <w:proofErr w:type="spellStart"/>
      <w:r>
        <w:t>dell’Associazione</w:t>
      </w:r>
      <w:proofErr w:type="spellEnd"/>
      <w:r>
        <w:t>;</w:t>
      </w:r>
      <w:r>
        <w:br/>
        <w:t xml:space="preserve">- il </w:t>
      </w:r>
      <w:proofErr w:type="spellStart"/>
      <w:proofErr w:type="gramStart"/>
      <w:r>
        <w:t>D.Lgs</w:t>
      </w:r>
      <w:proofErr w:type="spellEnd"/>
      <w:proofErr w:type="gramEnd"/>
      <w:r>
        <w:t>. 117/2017;</w:t>
      </w:r>
      <w:r>
        <w:br/>
        <w:t xml:space="preserve">- il </w:t>
      </w:r>
      <w:proofErr w:type="spellStart"/>
      <w:r>
        <w:t>Codice</w:t>
      </w:r>
      <w:proofErr w:type="spellEnd"/>
      <w:r>
        <w:t xml:space="preserve"> Civile.</w:t>
      </w:r>
    </w:p>
    <w:p w14:paraId="5DC390D7" w14:textId="6BF33129" w:rsidR="00771F60" w:rsidRDefault="00000000">
      <w:r>
        <w:rPr>
          <w:b/>
          <w:sz w:val="28"/>
        </w:rPr>
        <w:t>ART. 1</w:t>
      </w:r>
      <w:r w:rsidR="00B93614">
        <w:rPr>
          <w:b/>
          <w:sz w:val="28"/>
        </w:rPr>
        <w:t>0</w:t>
      </w:r>
      <w:r>
        <w:rPr>
          <w:b/>
          <w:sz w:val="28"/>
        </w:rPr>
        <w:t xml:space="preserve"> – ENTRATA IN VIGORE</w:t>
      </w:r>
    </w:p>
    <w:p w14:paraId="32987D85" w14:textId="29A35879" w:rsidR="00771F60" w:rsidRDefault="00000000">
      <w:r>
        <w:t xml:space="preserve">Il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Regolamento</w:t>
      </w:r>
      <w:proofErr w:type="spellEnd"/>
      <w:r>
        <w:t xml:space="preserve"> </w:t>
      </w:r>
      <w:proofErr w:type="spellStart"/>
      <w:r>
        <w:t>entra</w:t>
      </w:r>
      <w:proofErr w:type="spellEnd"/>
      <w:r>
        <w:t xml:space="preserve"> in </w:t>
      </w:r>
      <w:proofErr w:type="spellStart"/>
      <w:r>
        <w:t>vigore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data della </w:t>
      </w:r>
      <w:proofErr w:type="spellStart"/>
      <w:r>
        <w:t>sua</w:t>
      </w:r>
      <w:proofErr w:type="spellEnd"/>
      <w:r>
        <w:t xml:space="preserve"> </w:t>
      </w:r>
      <w:proofErr w:type="spellStart"/>
      <w:r>
        <w:t>approvazione</w:t>
      </w:r>
      <w:proofErr w:type="spellEnd"/>
      <w:r>
        <w:t xml:space="preserve"> da </w:t>
      </w:r>
      <w:proofErr w:type="spellStart"/>
      <w:r>
        <w:t>parte</w:t>
      </w:r>
      <w:proofErr w:type="spellEnd"/>
      <w:r>
        <w:t xml:space="preserve"> del Consiglio </w:t>
      </w:r>
      <w:proofErr w:type="spellStart"/>
      <w:r>
        <w:t>Direttivo</w:t>
      </w:r>
      <w:proofErr w:type="spellEnd"/>
      <w:r>
        <w:t>.</w:t>
      </w:r>
    </w:p>
    <w:p w14:paraId="7A819400" w14:textId="49E9A0FC" w:rsidR="007A32D3" w:rsidRDefault="00000000" w:rsidP="007A32D3">
      <w:r>
        <w:rPr>
          <w:b/>
        </w:rPr>
        <w:br/>
      </w:r>
    </w:p>
    <w:p w14:paraId="053DCB02" w14:textId="5302AE58" w:rsidR="00771F60" w:rsidRDefault="00771F60"/>
    <w:sectPr w:rsidR="00771F6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EE62647"/>
    <w:multiLevelType w:val="hybridMultilevel"/>
    <w:tmpl w:val="4ACA9212"/>
    <w:lvl w:ilvl="0" w:tplc="485681C8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52977">
    <w:abstractNumId w:val="8"/>
  </w:num>
  <w:num w:numId="2" w16cid:durableId="1990399572">
    <w:abstractNumId w:val="6"/>
  </w:num>
  <w:num w:numId="3" w16cid:durableId="1960867220">
    <w:abstractNumId w:val="5"/>
  </w:num>
  <w:num w:numId="4" w16cid:durableId="779490838">
    <w:abstractNumId w:val="4"/>
  </w:num>
  <w:num w:numId="5" w16cid:durableId="379474517">
    <w:abstractNumId w:val="7"/>
  </w:num>
  <w:num w:numId="6" w16cid:durableId="685864005">
    <w:abstractNumId w:val="3"/>
  </w:num>
  <w:num w:numId="7" w16cid:durableId="1303190226">
    <w:abstractNumId w:val="2"/>
  </w:num>
  <w:num w:numId="8" w16cid:durableId="438182339">
    <w:abstractNumId w:val="1"/>
  </w:num>
  <w:num w:numId="9" w16cid:durableId="2032682791">
    <w:abstractNumId w:val="0"/>
  </w:num>
  <w:num w:numId="10" w16cid:durableId="12186604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214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F56"/>
    <w:rsid w:val="0006063C"/>
    <w:rsid w:val="0015074B"/>
    <w:rsid w:val="002539F1"/>
    <w:rsid w:val="002779C2"/>
    <w:rsid w:val="0029639D"/>
    <w:rsid w:val="00326F90"/>
    <w:rsid w:val="00455877"/>
    <w:rsid w:val="00771F60"/>
    <w:rsid w:val="007A32D3"/>
    <w:rsid w:val="00AA1D8D"/>
    <w:rsid w:val="00AE665A"/>
    <w:rsid w:val="00B47730"/>
    <w:rsid w:val="00B93614"/>
    <w:rsid w:val="00CB0664"/>
    <w:rsid w:val="00D96DCB"/>
    <w:rsid w:val="00DE69F4"/>
    <w:rsid w:val="00E24F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1695F6"/>
  <w14:defaultImageDpi w14:val="300"/>
  <w15:docId w15:val="{F23C0701-5B94-4BE6-9CDD-C749BB598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4F3A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508</Words>
  <Characters>3029</Characters>
  <Application>Microsoft Office Word</Application>
  <DocSecurity>0</DocSecurity>
  <Lines>94</Lines>
  <Paragraphs>57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Alessandro Parise</cp:lastModifiedBy>
  <cp:revision>4</cp:revision>
  <dcterms:created xsi:type="dcterms:W3CDTF">2026-09-22T14:19:00Z</dcterms:created>
  <dcterms:modified xsi:type="dcterms:W3CDTF">2026-09-23T00:06:00Z</dcterms:modified>
  <cp:category/>
</cp:coreProperties>
</file>